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119FB" w:rsidRPr="00376100" w14:paraId="10BE6333" w14:textId="77777777">
        <w:trPr>
          <w:jc w:val="center"/>
        </w:trPr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51503096" w14:textId="77777777" w:rsidR="00D119FB" w:rsidRPr="00376100" w:rsidRDefault="004E0D81">
            <w:pPr>
              <w:spacing w:after="40"/>
              <w:rPr>
                <w:lang w:val="pl-PL"/>
              </w:rPr>
            </w:pPr>
            <w:r w:rsidRPr="00376100">
              <w:rPr>
                <w:lang w:val="pl-PL"/>
              </w:rPr>
              <w:t>Imię i nazwisko wnioskodawcy</w:t>
            </w:r>
            <w:r w:rsidRPr="00376100">
              <w:rPr>
                <w:lang w:val="pl-PL"/>
              </w:rPr>
              <w:br/>
              <w:t>..............................................................</w:t>
            </w:r>
            <w:r w:rsidRPr="00376100">
              <w:rPr>
                <w:lang w:val="pl-PL"/>
              </w:rPr>
              <w:br/>
            </w:r>
            <w:r w:rsidRPr="00376100">
              <w:rPr>
                <w:lang w:val="pl-PL"/>
              </w:rPr>
              <w:br/>
              <w:t>Adres do korespondencji / telefon</w:t>
            </w:r>
            <w:r w:rsidRPr="00376100">
              <w:rPr>
                <w:lang w:val="pl-PL"/>
              </w:rPr>
              <w:br/>
              <w:t>..............................................................</w:t>
            </w:r>
          </w:p>
        </w:tc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62B3ECAF" w14:textId="77777777" w:rsidR="00C076C2" w:rsidRDefault="004E0D81">
            <w:pPr>
              <w:spacing w:after="40"/>
              <w:jc w:val="right"/>
              <w:rPr>
                <w:lang w:val="pl-PL"/>
              </w:rPr>
            </w:pPr>
            <w:r w:rsidRPr="00376100">
              <w:rPr>
                <w:lang w:val="pl-PL"/>
              </w:rPr>
              <w:t>....................................................</w:t>
            </w:r>
            <w:r w:rsidRPr="00376100">
              <w:rPr>
                <w:lang w:val="pl-PL"/>
              </w:rPr>
              <w:br/>
            </w:r>
          </w:p>
          <w:p w14:paraId="42D85F86" w14:textId="06390FAB" w:rsidR="00376100" w:rsidRDefault="00E420C3" w:rsidP="00E420C3">
            <w:pPr>
              <w:spacing w:after="40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</w:t>
            </w:r>
            <w:r w:rsidRPr="00376100">
              <w:rPr>
                <w:lang w:val="pl-PL"/>
              </w:rPr>
              <w:t>(miejscowość, data)</w:t>
            </w:r>
          </w:p>
          <w:p w14:paraId="1110878B" w14:textId="77777777" w:rsidR="00C076C2" w:rsidRDefault="00C076C2" w:rsidP="00376100">
            <w:pPr>
              <w:spacing w:after="40"/>
              <w:jc w:val="center"/>
              <w:rPr>
                <w:lang w:val="pl-PL"/>
              </w:rPr>
            </w:pPr>
          </w:p>
          <w:p w14:paraId="451494DA" w14:textId="77777777" w:rsidR="00C076C2" w:rsidRDefault="00C076C2" w:rsidP="00376100">
            <w:pPr>
              <w:spacing w:after="40"/>
              <w:jc w:val="center"/>
              <w:rPr>
                <w:lang w:val="pl-PL"/>
              </w:rPr>
            </w:pPr>
          </w:p>
          <w:p w14:paraId="14C206F7" w14:textId="77777777" w:rsidR="00C076C2" w:rsidRDefault="00C076C2" w:rsidP="00376100">
            <w:pPr>
              <w:spacing w:after="40"/>
              <w:jc w:val="center"/>
              <w:rPr>
                <w:lang w:val="pl-PL"/>
              </w:rPr>
            </w:pPr>
          </w:p>
          <w:p w14:paraId="3C78B1F8" w14:textId="419F3BB3" w:rsidR="00376100" w:rsidRDefault="004E0D81" w:rsidP="00376100">
            <w:pPr>
              <w:spacing w:after="40"/>
              <w:jc w:val="center"/>
              <w:rPr>
                <w:lang w:val="pl-PL"/>
              </w:rPr>
            </w:pPr>
            <w:r w:rsidRPr="00376100">
              <w:rPr>
                <w:lang w:val="pl-PL"/>
              </w:rPr>
              <w:t>Dyrektor</w:t>
            </w:r>
            <w:r w:rsidRPr="00376100">
              <w:rPr>
                <w:lang w:val="pl-PL"/>
              </w:rPr>
              <w:br/>
            </w:r>
            <w:r w:rsidR="00376100">
              <w:rPr>
                <w:lang w:val="pl-PL"/>
              </w:rPr>
              <w:t>X Liceum Ogólnokształcącego Dwujęzycznego</w:t>
            </w:r>
          </w:p>
          <w:p w14:paraId="0C64C3F6" w14:textId="561ABE0E" w:rsidR="00D119FB" w:rsidRPr="00D55D43" w:rsidRDefault="00376100" w:rsidP="00376100">
            <w:pPr>
              <w:spacing w:after="40"/>
              <w:jc w:val="center"/>
              <w:rPr>
                <w:lang w:val="pl-PL"/>
              </w:rPr>
            </w:pPr>
            <w:r>
              <w:rPr>
                <w:lang w:val="pl-PL"/>
              </w:rPr>
              <w:t>w Gdańsku</w:t>
            </w:r>
            <w:r w:rsidRPr="00376100">
              <w:rPr>
                <w:lang w:val="pl-PL"/>
              </w:rPr>
              <w:br/>
            </w:r>
          </w:p>
        </w:tc>
      </w:tr>
      <w:tr w:rsidR="00C076C2" w:rsidRPr="00376100" w14:paraId="00CF3250" w14:textId="77777777">
        <w:trPr>
          <w:jc w:val="center"/>
        </w:trPr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03C68959" w14:textId="77777777" w:rsidR="00C076C2" w:rsidRDefault="00C076C2">
            <w:pPr>
              <w:spacing w:after="40"/>
              <w:rPr>
                <w:lang w:val="pl-PL"/>
              </w:rPr>
            </w:pPr>
          </w:p>
          <w:p w14:paraId="64C099FE" w14:textId="77777777" w:rsidR="00C076C2" w:rsidRPr="00376100" w:rsidRDefault="00C076C2">
            <w:pPr>
              <w:spacing w:after="40"/>
              <w:rPr>
                <w:lang w:val="pl-PL"/>
              </w:rPr>
            </w:pPr>
          </w:p>
        </w:tc>
        <w:tc>
          <w:tcPr>
            <w:tcW w:w="5040" w:type="dxa"/>
            <w:tcMar>
              <w:top w:w="40" w:type="dxa"/>
              <w:left w:w="20" w:type="dxa"/>
              <w:bottom w:w="30" w:type="dxa"/>
              <w:right w:w="20" w:type="dxa"/>
            </w:tcMar>
          </w:tcPr>
          <w:p w14:paraId="4BE08EB2" w14:textId="77777777" w:rsidR="00C076C2" w:rsidRPr="00376100" w:rsidRDefault="00C076C2">
            <w:pPr>
              <w:spacing w:after="40"/>
              <w:jc w:val="right"/>
              <w:rPr>
                <w:lang w:val="pl-PL"/>
              </w:rPr>
            </w:pPr>
          </w:p>
        </w:tc>
      </w:tr>
    </w:tbl>
    <w:p w14:paraId="1B4E59FD" w14:textId="77777777" w:rsidR="00343CAD" w:rsidRDefault="00376100">
      <w:pPr>
        <w:pStyle w:val="Tytu"/>
        <w:rPr>
          <w:lang w:val="pl-PL"/>
        </w:rPr>
      </w:pPr>
      <w:r>
        <w:rPr>
          <w:lang w:val="pl-PL"/>
        </w:rPr>
        <w:t xml:space="preserve"> </w:t>
      </w:r>
      <w:r w:rsidRPr="00376100">
        <w:rPr>
          <w:lang w:val="pl-PL"/>
        </w:rPr>
        <w:t>Wniosek o sporządzenie opinii o funkcjonowaniu ucznia w szkole</w:t>
      </w:r>
    </w:p>
    <w:p w14:paraId="72F06328" w14:textId="016BB012" w:rsidR="00D119FB" w:rsidRPr="00376100" w:rsidRDefault="00F43C01">
      <w:pPr>
        <w:pStyle w:val="Tytu"/>
        <w:rPr>
          <w:lang w:val="pl-PL"/>
        </w:rPr>
      </w:pPr>
      <w:r>
        <w:rPr>
          <w:lang w:val="pl-PL"/>
        </w:rPr>
        <w:t xml:space="preserve"> </w:t>
      </w:r>
      <w:r w:rsidR="00343CAD">
        <w:rPr>
          <w:lang w:val="pl-PL"/>
        </w:rPr>
        <w:t>do orzeczenia</w:t>
      </w:r>
    </w:p>
    <w:p w14:paraId="0B18E840" w14:textId="77777777" w:rsidR="00D119FB" w:rsidRPr="00376100" w:rsidRDefault="004E0D81">
      <w:pPr>
        <w:rPr>
          <w:lang w:val="pl-PL"/>
        </w:rPr>
      </w:pPr>
      <w:r w:rsidRPr="00376100">
        <w:rPr>
          <w:b/>
          <w:lang w:val="pl-PL"/>
        </w:rPr>
        <w:t xml:space="preserve">Wnioskodawca: </w:t>
      </w:r>
      <w:r w:rsidRPr="00376100">
        <w:rPr>
          <w:lang w:val="pl-PL"/>
        </w:rPr>
        <w:t>☐</w:t>
      </w:r>
      <w:r w:rsidRPr="00376100">
        <w:rPr>
          <w:lang w:val="pl-PL"/>
        </w:rPr>
        <w:t xml:space="preserve"> rodzic / opiekun prawny ucznia     ☐ pełnoletni uczeń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840"/>
      </w:tblGrid>
      <w:tr w:rsidR="00D119FB" w14:paraId="0436EDAB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929652" w14:textId="77777777" w:rsidR="00D119FB" w:rsidRDefault="004E0D81">
            <w:pPr>
              <w:spacing w:after="0"/>
            </w:pPr>
            <w:proofErr w:type="spellStart"/>
            <w:r>
              <w:rPr>
                <w:b/>
              </w:rPr>
              <w:t>Imię</w:t>
            </w:r>
            <w:proofErr w:type="spellEnd"/>
            <w:r>
              <w:rPr>
                <w:b/>
              </w:rPr>
              <w:t xml:space="preserve"> i nazwisko ucznia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9DB508" w14:textId="25CCD239" w:rsidR="00D119FB" w:rsidRDefault="004E0D81">
            <w:pPr>
              <w:spacing w:after="0"/>
            </w:pPr>
            <w:r>
              <w:t>...............................................................................................</w:t>
            </w:r>
          </w:p>
        </w:tc>
      </w:tr>
      <w:tr w:rsidR="00D119FB" w14:paraId="2FAD589A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48730A" w14:textId="77777777" w:rsidR="00D119FB" w:rsidRDefault="004E0D81">
            <w:pPr>
              <w:spacing w:after="0"/>
            </w:pPr>
            <w:r>
              <w:rPr>
                <w:b/>
              </w:rPr>
              <w:t>Data urodzenia ucznia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723021" w14:textId="77777777" w:rsidR="00D119FB" w:rsidRDefault="004E0D81">
            <w:pPr>
              <w:spacing w:after="0"/>
            </w:pPr>
            <w:r>
              <w:t>................................................................................................</w:t>
            </w:r>
          </w:p>
        </w:tc>
      </w:tr>
      <w:tr w:rsidR="00D119FB" w14:paraId="4D81549A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2CD407" w14:textId="77777777" w:rsidR="00D119FB" w:rsidRDefault="004E0D81">
            <w:pPr>
              <w:spacing w:after="0"/>
            </w:pPr>
            <w:r>
              <w:rPr>
                <w:b/>
              </w:rPr>
              <w:t>Klasa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EE057" w14:textId="77777777" w:rsidR="00D119FB" w:rsidRDefault="004E0D81">
            <w:pPr>
              <w:spacing w:after="0"/>
            </w:pPr>
            <w:r>
              <w:t>................................................................................................</w:t>
            </w:r>
          </w:p>
        </w:tc>
      </w:tr>
      <w:tr w:rsidR="00D119FB" w14:paraId="389E5B69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978078" w14:textId="77777777" w:rsidR="00D119FB" w:rsidRDefault="004E0D81">
            <w:pPr>
              <w:spacing w:after="0"/>
            </w:pPr>
            <w:r>
              <w:rPr>
                <w:b/>
              </w:rPr>
              <w:t>Wychowawca klasy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286458" w14:textId="77777777" w:rsidR="00D119FB" w:rsidRDefault="004E0D81">
            <w:pPr>
              <w:spacing w:after="0"/>
            </w:pPr>
            <w:r>
              <w:t>................................................................................................</w:t>
            </w:r>
          </w:p>
        </w:tc>
      </w:tr>
    </w:tbl>
    <w:p w14:paraId="2E25A403" w14:textId="77777777" w:rsidR="00D119FB" w:rsidRPr="00376100" w:rsidRDefault="004E0D81">
      <w:pPr>
        <w:spacing w:before="160"/>
        <w:jc w:val="both"/>
        <w:rPr>
          <w:lang w:val="pl-PL"/>
        </w:rPr>
      </w:pPr>
      <w:r w:rsidRPr="00376100">
        <w:rPr>
          <w:lang w:val="pl-PL"/>
        </w:rPr>
        <w:t>Zwracam się z prośbą o sporządzenie opinii o funkcjonowaniu wyżej wskazanego ucznia w szkole. Opinia jest potrzebna do przedłożenia w poradni psychologiczno-pedagogicznej w związku z:</w:t>
      </w:r>
    </w:p>
    <w:p w14:paraId="7511CAE6" w14:textId="77777777" w:rsidR="00D119FB" w:rsidRPr="00376100" w:rsidRDefault="004E0D81">
      <w:pPr>
        <w:spacing w:after="40"/>
        <w:ind w:left="259"/>
        <w:rPr>
          <w:lang w:val="pl-PL"/>
        </w:rPr>
      </w:pPr>
      <w:r w:rsidRPr="00376100">
        <w:rPr>
          <w:lang w:val="pl-PL"/>
        </w:rPr>
        <w:t>☐</w:t>
      </w:r>
      <w:r w:rsidRPr="00376100">
        <w:rPr>
          <w:lang w:val="pl-PL"/>
        </w:rPr>
        <w:t xml:space="preserve"> diagnozą trudności w nauce lub funkcjonowaniu ucznia</w:t>
      </w:r>
    </w:p>
    <w:p w14:paraId="46A1C228" w14:textId="77777777" w:rsidR="00D119FB" w:rsidRPr="00376100" w:rsidRDefault="004E0D81">
      <w:pPr>
        <w:spacing w:after="40"/>
        <w:ind w:left="259"/>
        <w:rPr>
          <w:lang w:val="pl-PL"/>
        </w:rPr>
      </w:pPr>
      <w:r w:rsidRPr="00376100">
        <w:rPr>
          <w:lang w:val="pl-PL"/>
        </w:rPr>
        <w:t>☐</w:t>
      </w:r>
      <w:r w:rsidRPr="00376100">
        <w:rPr>
          <w:lang w:val="pl-PL"/>
        </w:rPr>
        <w:t xml:space="preserve"> ponowną diagnozą / aktualizacją rozpoznania</w:t>
      </w:r>
    </w:p>
    <w:p w14:paraId="46A241E3" w14:textId="77777777" w:rsidR="00D119FB" w:rsidRPr="00376100" w:rsidRDefault="004E0D81">
      <w:pPr>
        <w:spacing w:after="40"/>
        <w:ind w:left="259"/>
        <w:rPr>
          <w:lang w:val="pl-PL"/>
        </w:rPr>
      </w:pPr>
      <w:r w:rsidRPr="00376100">
        <w:rPr>
          <w:lang w:val="pl-PL"/>
        </w:rPr>
        <w:t>☐</w:t>
      </w:r>
      <w:r w:rsidRPr="00376100">
        <w:rPr>
          <w:lang w:val="pl-PL"/>
        </w:rPr>
        <w:t xml:space="preserve"> innym celem: ............................................................................................................................</w:t>
      </w:r>
    </w:p>
    <w:p w14:paraId="59C674A2" w14:textId="77777777" w:rsidR="00D119FB" w:rsidRPr="00376100" w:rsidRDefault="004E0D81">
      <w:pPr>
        <w:rPr>
          <w:lang w:val="pl-PL"/>
        </w:rPr>
      </w:pPr>
      <w:r w:rsidRPr="00376100">
        <w:rPr>
          <w:b/>
          <w:lang w:val="pl-PL"/>
        </w:rPr>
        <w:t xml:space="preserve">Nazwa poradni, jeżeli jest znana: </w:t>
      </w:r>
      <w:r w:rsidRPr="00376100">
        <w:rPr>
          <w:lang w:val="pl-PL"/>
        </w:rPr>
        <w:t>..............................................................................................................</w:t>
      </w:r>
    </w:p>
    <w:p w14:paraId="2D755C85" w14:textId="77777777" w:rsidR="00D119FB" w:rsidRPr="00376100" w:rsidRDefault="004E0D81">
      <w:pPr>
        <w:jc w:val="both"/>
        <w:rPr>
          <w:lang w:val="pl-PL"/>
        </w:rPr>
      </w:pPr>
      <w:r w:rsidRPr="00376100">
        <w:rPr>
          <w:b/>
          <w:lang w:val="pl-PL"/>
        </w:rPr>
        <w:t xml:space="preserve">Proszę, aby opinia – w zakresie pozostającym w związku z jej celem – uwzględniała w szczególności: </w:t>
      </w:r>
      <w:r w:rsidRPr="00376100">
        <w:rPr>
          <w:lang w:val="pl-PL"/>
        </w:rPr>
        <w:t>mocne strony i uzdolnienia ucznia, jego funkcjonowanie edukacyjne, emocjonalne i społeczne, zauważone trudności, frekwencję, dotychczas udzielone formy pomocy i wsparcia oraz ich efekty, a także inne spostrzeżenia nauczycieli i specjalistów istotne dla diagnozy w poradni.</w:t>
      </w:r>
    </w:p>
    <w:p w14:paraId="4B24B214" w14:textId="77777777" w:rsidR="00D119FB" w:rsidRPr="00376100" w:rsidRDefault="004E0D81">
      <w:pPr>
        <w:spacing w:before="100"/>
        <w:jc w:val="both"/>
        <w:rPr>
          <w:lang w:val="pl-PL"/>
        </w:rPr>
      </w:pPr>
      <w:r w:rsidRPr="00376100">
        <w:rPr>
          <w:lang w:val="pl-PL"/>
        </w:rPr>
        <w:t>Oświadczam, że odbiorę opinię i przedłożę ją we wskazanej poradni psychologiczno-pedagogicznej.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D119FB" w:rsidRPr="00F43C01" w14:paraId="21B3A51E" w14:textId="77777777">
        <w:trPr>
          <w:jc w:val="center"/>
        </w:trPr>
        <w:tc>
          <w:tcPr>
            <w:tcW w:w="5040" w:type="dxa"/>
            <w:tcMar>
              <w:top w:w="120" w:type="dxa"/>
              <w:left w:w="20" w:type="dxa"/>
              <w:bottom w:w="20" w:type="dxa"/>
              <w:right w:w="20" w:type="dxa"/>
            </w:tcMar>
          </w:tcPr>
          <w:p w14:paraId="59D07B89" w14:textId="77777777" w:rsidR="00D119FB" w:rsidRPr="00376100" w:rsidRDefault="00D119FB">
            <w:pPr>
              <w:rPr>
                <w:lang w:val="pl-PL"/>
              </w:rPr>
            </w:pPr>
          </w:p>
        </w:tc>
        <w:tc>
          <w:tcPr>
            <w:tcW w:w="5040" w:type="dxa"/>
            <w:tcMar>
              <w:top w:w="120" w:type="dxa"/>
              <w:left w:w="20" w:type="dxa"/>
              <w:bottom w:w="20" w:type="dxa"/>
              <w:right w:w="20" w:type="dxa"/>
            </w:tcMar>
          </w:tcPr>
          <w:p w14:paraId="2E20218B" w14:textId="77777777" w:rsidR="00D119FB" w:rsidRPr="00376100" w:rsidRDefault="004E0D81">
            <w:pPr>
              <w:spacing w:after="0"/>
              <w:jc w:val="center"/>
              <w:rPr>
                <w:lang w:val="pl-PL"/>
              </w:rPr>
            </w:pPr>
            <w:r w:rsidRPr="00376100">
              <w:rPr>
                <w:lang w:val="pl-PL"/>
              </w:rPr>
              <w:t>..............................................................</w:t>
            </w:r>
            <w:r w:rsidRPr="00376100">
              <w:rPr>
                <w:lang w:val="pl-PL"/>
              </w:rPr>
              <w:br/>
              <w:t>(czytelny podpis rodzica / opiekuna prawnego</w:t>
            </w:r>
            <w:r w:rsidRPr="00376100">
              <w:rPr>
                <w:lang w:val="pl-PL"/>
              </w:rPr>
              <w:br/>
              <w:t>lub pełnoletniego ucznia)</w:t>
            </w:r>
          </w:p>
        </w:tc>
      </w:tr>
    </w:tbl>
    <w:p w14:paraId="03D23EA7" w14:textId="77777777" w:rsidR="00D119FB" w:rsidRDefault="004E0D81">
      <w:pPr>
        <w:spacing w:before="80"/>
      </w:pPr>
      <w:proofErr w:type="spellStart"/>
      <w:r>
        <w:rPr>
          <w:b/>
          <w:sz w:val="19"/>
        </w:rPr>
        <w:t>Adnotacja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szkoły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840"/>
      </w:tblGrid>
      <w:tr w:rsidR="00D119FB" w14:paraId="6D8CF648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BA3C79" w14:textId="77777777" w:rsidR="00D119FB" w:rsidRDefault="004E0D81">
            <w:pPr>
              <w:spacing w:after="0"/>
            </w:pPr>
            <w:r>
              <w:rPr>
                <w:b/>
              </w:rPr>
              <w:t>Data wpływu wniosku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EC374" w14:textId="77777777" w:rsidR="00D119FB" w:rsidRDefault="004E0D81">
            <w:pPr>
              <w:spacing w:after="0"/>
            </w:pPr>
            <w:r>
              <w:t>................................................................................................</w:t>
            </w:r>
          </w:p>
        </w:tc>
      </w:tr>
      <w:tr w:rsidR="00D119FB" w14:paraId="2A7A94B7" w14:textId="77777777">
        <w:trPr>
          <w:jc w:val="center"/>
        </w:trPr>
        <w:tc>
          <w:tcPr>
            <w:tcW w:w="3096" w:type="dxa"/>
            <w:shd w:val="clear" w:color="auto" w:fill="EAF1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10A63" w14:textId="77777777" w:rsidR="00D119FB" w:rsidRPr="00376100" w:rsidRDefault="004E0D81">
            <w:pPr>
              <w:spacing w:after="0"/>
              <w:rPr>
                <w:lang w:val="pl-PL"/>
              </w:rPr>
            </w:pPr>
            <w:r w:rsidRPr="00376100">
              <w:rPr>
                <w:b/>
                <w:lang w:val="pl-PL"/>
              </w:rPr>
              <w:t>Data i sposób wydania opinii</w:t>
            </w:r>
          </w:p>
        </w:tc>
        <w:tc>
          <w:tcPr>
            <w:tcW w:w="684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8856E7" w14:textId="77777777" w:rsidR="00D119FB" w:rsidRDefault="004E0D81">
            <w:pPr>
              <w:spacing w:after="0"/>
            </w:pPr>
            <w:r>
              <w:t>................................................................................................</w:t>
            </w:r>
          </w:p>
        </w:tc>
      </w:tr>
    </w:tbl>
    <w:p w14:paraId="3BA7FE2F" w14:textId="77777777" w:rsidR="00173A42" w:rsidRDefault="00173A42"/>
    <w:sectPr w:rsidR="00173A42" w:rsidSect="00034616">
      <w:footerReference w:type="default" r:id="rId8"/>
      <w:pgSz w:w="12240" w:h="15840"/>
      <w:pgMar w:top="893" w:right="1080" w:bottom="835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3946" w14:textId="77777777" w:rsidR="004E0D81" w:rsidRDefault="004E0D81">
      <w:pPr>
        <w:spacing w:after="0" w:line="240" w:lineRule="auto"/>
      </w:pPr>
      <w:r>
        <w:separator/>
      </w:r>
    </w:p>
  </w:endnote>
  <w:endnote w:type="continuationSeparator" w:id="0">
    <w:p w14:paraId="64B21B09" w14:textId="77777777" w:rsidR="004E0D81" w:rsidRDefault="004E0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0979" w14:textId="77777777" w:rsidR="00D119FB" w:rsidRPr="00376100" w:rsidRDefault="004E0D81">
    <w:pPr>
      <w:pStyle w:val="Stopka"/>
      <w:jc w:val="center"/>
      <w:rPr>
        <w:lang w:val="pl-PL"/>
      </w:rPr>
    </w:pPr>
    <w:r w:rsidRPr="00376100">
      <w:rPr>
        <w:color w:val="5A5A5A"/>
        <w:sz w:val="16"/>
        <w:lang w:val="pl-PL"/>
      </w:rPr>
      <w:t>Wzór wniosku – do uzupełnienia przez rodzica, opiekuna prawnego albo pełnoletniego ucznia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185E" w14:textId="77777777" w:rsidR="004E0D81" w:rsidRDefault="004E0D81">
      <w:pPr>
        <w:spacing w:after="0" w:line="240" w:lineRule="auto"/>
      </w:pPr>
      <w:r>
        <w:separator/>
      </w:r>
    </w:p>
  </w:footnote>
  <w:footnote w:type="continuationSeparator" w:id="0">
    <w:p w14:paraId="12EC9C71" w14:textId="77777777" w:rsidR="004E0D81" w:rsidRDefault="004E0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2553432">
    <w:abstractNumId w:val="8"/>
  </w:num>
  <w:num w:numId="2" w16cid:durableId="224923003">
    <w:abstractNumId w:val="6"/>
  </w:num>
  <w:num w:numId="3" w16cid:durableId="914973634">
    <w:abstractNumId w:val="5"/>
  </w:num>
  <w:num w:numId="4" w16cid:durableId="439491522">
    <w:abstractNumId w:val="4"/>
  </w:num>
  <w:num w:numId="5" w16cid:durableId="983002264">
    <w:abstractNumId w:val="7"/>
  </w:num>
  <w:num w:numId="6" w16cid:durableId="1336615389">
    <w:abstractNumId w:val="3"/>
  </w:num>
  <w:num w:numId="7" w16cid:durableId="170145817">
    <w:abstractNumId w:val="2"/>
  </w:num>
  <w:num w:numId="8" w16cid:durableId="150101804">
    <w:abstractNumId w:val="1"/>
  </w:num>
  <w:num w:numId="9" w16cid:durableId="11792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3A42"/>
    <w:rsid w:val="002414A3"/>
    <w:rsid w:val="0029639D"/>
    <w:rsid w:val="00326F90"/>
    <w:rsid w:val="00343CAD"/>
    <w:rsid w:val="00376100"/>
    <w:rsid w:val="004E0D81"/>
    <w:rsid w:val="008E5059"/>
    <w:rsid w:val="00AA1D8D"/>
    <w:rsid w:val="00B47730"/>
    <w:rsid w:val="00C076C2"/>
    <w:rsid w:val="00CB0664"/>
    <w:rsid w:val="00D119FB"/>
    <w:rsid w:val="00D55D43"/>
    <w:rsid w:val="00E420C3"/>
    <w:rsid w:val="00F43C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015A1"/>
  <w14:defaultImageDpi w14:val="300"/>
  <w15:docId w15:val="{1FFB19F1-19FD-42E0-ACFD-70FAAAFB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NIERADKO</cp:lastModifiedBy>
  <cp:revision>8</cp:revision>
  <cp:lastPrinted>2026-09-21T07:24:00Z</cp:lastPrinted>
  <dcterms:created xsi:type="dcterms:W3CDTF">2026-09-21T07:22:00Z</dcterms:created>
  <dcterms:modified xsi:type="dcterms:W3CDTF">2026-09-23T09:34:00Z</dcterms:modified>
  <cp:category/>
</cp:coreProperties>
</file>